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B91C1C"/>
          <w:sz w:val="32"/>
        </w:rPr>
        <w:t>ШАБЛОН (удалите эту строку)</w:t>
      </w:r>
    </w:p>
    <w:p>
      <w:pPr>
        <w:spacing w:after="80"/>
        <w:jc w:val="right"/>
      </w:pPr>
      <w:r>
        <w:rPr>
          <w:b w:val="0"/>
        </w:rPr>
        <w:t>В [наименование суда]</w:t>
      </w:r>
    </w:p>
    <w:p>
      <w:pPr>
        <w:spacing w:after="80"/>
        <w:jc w:val="right"/>
      </w:pPr>
      <w:r>
        <w:rPr>
          <w:b w:val="0"/>
        </w:rPr>
        <w:t>от [подсудимый / защитник / потерпевший / представитель потерпевшего]</w:t>
      </w:r>
    </w:p>
    <w:p>
      <w:pPr>
        <w:spacing w:after="80"/>
        <w:jc w:val="right"/>
      </w:pPr>
      <w:r>
        <w:rPr>
          <w:b w:val="0"/>
        </w:rPr>
        <w:t>[ФИО полностью]</w:t>
      </w:r>
    </w:p>
    <w:p>
      <w:pPr>
        <w:spacing w:after="80"/>
        <w:jc w:val="right"/>
      </w:pPr>
      <w:r>
        <w:rPr>
          <w:b w:val="0"/>
        </w:rPr>
        <w:t>адрес: [адрес], тел.: [телефон], эл. почта: [адрес]</w:t>
      </w:r>
    </w:p>
    <w:p>
      <w:pPr>
        <w:spacing w:after="80"/>
        <w:jc w:val="right"/>
      </w:pPr>
      <w:r>
        <w:rPr>
          <w:b w:val="0"/>
        </w:rPr>
        <w:t>Дело № [номер дела]</w:t>
      </w:r>
    </w:p>
    <w:p>
      <w:pPr>
        <w:spacing w:after="80"/>
        <w:ind w:firstLine="709"/>
        <w:jc w:val="both"/>
      </w:pPr>
      <w:r>
        <w:rPr>
          <w:b w:val="0"/>
        </w:rPr>
      </w:r>
    </w:p>
    <w:p>
      <w:pPr>
        <w:spacing w:after="80"/>
        <w:jc w:val="center"/>
      </w:pPr>
      <w:r>
        <w:rPr>
          <w:b/>
        </w:rPr>
        <w:t>ЗАМЕЧАНИЯ НА ПРОТОКОЛ И АУДИОЗАПИСЬ СУДЕБНОГО ЗАСЕДАНИЯ</w:t>
      </w:r>
    </w:p>
    <w:p>
      <w:pPr>
        <w:spacing w:after="80"/>
        <w:jc w:val="center"/>
      </w:pPr>
      <w:r>
        <w:rPr>
          <w:b w:val="0"/>
        </w:rPr>
        <w:t>от [дата судебного заседания]</w:t>
      </w:r>
    </w:p>
    <w:p>
      <w:pPr>
        <w:spacing w:after="80"/>
        <w:ind w:firstLine="709"/>
        <w:jc w:val="both"/>
      </w:pPr>
      <w:r>
        <w:rPr>
          <w:b w:val="0"/>
        </w:rPr>
        <w:t>[Дата] состоялось судебное заседание по уголовному делу № 1-[номер] в отношении [ФИО подсудимого]. С протоколом и аудиозаписью судебного заседания я ознакомился(-ась) [дата ознакомления].</w:t>
      </w:r>
    </w:p>
    <w:p>
      <w:pPr>
        <w:spacing w:after="80"/>
        <w:ind w:firstLine="709"/>
        <w:jc w:val="both"/>
      </w:pPr>
      <w:r>
        <w:rPr>
          <w:b w:val="0"/>
        </w:rPr>
        <w:t>Протокол судебного заседания неполно и (или) неправильно отражает ход заседания:</w:t>
      </w:r>
    </w:p>
    <w:p>
      <w:pPr>
        <w:spacing w:after="80"/>
        <w:ind w:firstLine="709"/>
        <w:jc w:val="both"/>
      </w:pPr>
      <w:r>
        <w:rPr>
          <w:b w:val="0"/>
        </w:rPr>
        <w:t>1. На странице [__] протокола указано: «[цитата из протокола]». Фактически [кто] сказал(а): «[точная фраза]» (аудиозапись, [чч:мм:сс]).</w:t>
      </w:r>
    </w:p>
    <w:p>
      <w:pPr>
        <w:spacing w:after="80"/>
        <w:ind w:firstLine="709"/>
        <w:jc w:val="both"/>
      </w:pPr>
      <w:r>
        <w:rPr>
          <w:b w:val="0"/>
        </w:rPr>
        <w:t>2. В протоколе не отражено [заявление / ходатайство / вопрос и ответ], заявленное [кем] (аудиозапись, [чч:мм:сс]). Следует дополнить протокол: «[текст]».</w:t>
      </w:r>
    </w:p>
    <w:p>
      <w:pPr>
        <w:spacing w:after="80"/>
        <w:ind w:firstLine="709"/>
        <w:jc w:val="both"/>
      </w:pPr>
      <w:r>
        <w:rPr>
          <w:b w:val="0"/>
        </w:rPr>
        <w:t>3. [Иное расхождение протокола с ходом заседания и (или) аудиозаписью.]</w:t>
      </w:r>
    </w:p>
    <w:p>
      <w:pPr>
        <w:spacing w:after="80"/>
        <w:ind w:firstLine="709"/>
        <w:jc w:val="both"/>
      </w:pPr>
      <w:r>
        <w:rPr>
          <w:b w:val="0"/>
        </w:rPr>
        <w:t>В соответствии с статьёй 260 УПК РФ</w:t>
      </w:r>
    </w:p>
    <w:p>
      <w:pPr>
        <w:spacing w:after="80"/>
        <w:jc w:val="center"/>
      </w:pPr>
      <w:r>
        <w:rPr>
          <w:b/>
        </w:rPr>
        <w:t>ПРОШУ:</w:t>
      </w:r>
    </w:p>
    <w:p>
      <w:pPr>
        <w:spacing w:after="80"/>
        <w:ind w:firstLine="709"/>
        <w:jc w:val="both"/>
      </w:pPr>
      <w:r>
        <w:rPr>
          <w:b w:val="0"/>
        </w:rPr>
        <w:t>Удостоверить правильность настоящих замечаний на протокол и аудиозапись судебного заседания и приобщить их к протоколу судебного заседания.</w:t>
      </w:r>
    </w:p>
    <w:p>
      <w:pPr>
        <w:spacing w:after="80"/>
        <w:jc w:val="both"/>
      </w:pPr>
      <w:r>
        <w:rPr>
          <w:b w:val="0"/>
        </w:rPr>
        <w:t>Приложение:</w:t>
      </w:r>
    </w:p>
    <w:p>
      <w:pPr>
        <w:spacing w:after="80"/>
        <w:jc w:val="both"/>
      </w:pPr>
      <w:r>
        <w:rPr>
          <w:b w:val="0"/>
        </w:rPr>
        <w:t>1. Расшифровка фрагментов аудиозаписи с тайм-кодами (при наличии).</w:t>
      </w:r>
    </w:p>
    <w:p>
      <w:pPr>
        <w:spacing w:after="80"/>
        <w:ind w:firstLine="709"/>
        <w:jc w:val="both"/>
      </w:pPr>
      <w:r>
        <w:rPr>
          <w:b w:val="0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[дата]</w:t>
            </w:r>
          </w:p>
        </w:tc>
        <w:tc>
          <w:tcPr>
            <w:tcW w:type="dxa" w:w="4844"/>
          </w:tcPr>
          <w:p>
            <w:pPr>
              <w:jc w:val="right"/>
            </w:pPr>
            <w:r>
              <w:t>____________ / [ФИО]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8"/>
      </w:rPr>
      <w:t>ШАБЛОН. Заполните поля в квадратных скобках. Материал носит справочный характер и не является юридической консультацией. Источник: sekretarsz.ru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