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 (удалите эту строку)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от [истец / ответчик / третье лицо / представитель]</w:t>
      </w:r>
    </w:p>
    <w:p>
      <w:pPr>
        <w:spacing w:after="80"/>
        <w:jc w:val="right"/>
      </w:pPr>
      <w:r>
        <w:rPr>
          <w:b w:val="0"/>
        </w:rPr>
        <w:t>[ФИО полностью]</w:t>
      </w:r>
    </w:p>
    <w:p>
      <w:pPr>
        <w:spacing w:after="80"/>
        <w:jc w:val="right"/>
      </w:pPr>
      <w:r>
        <w:rPr>
          <w:b w:val="0"/>
        </w:rPr>
        <w:t>адрес: [адрес], тел.: [телефон], эл. почта: [адрес]</w:t>
      </w:r>
    </w:p>
    <w:p>
      <w:pPr>
        <w:spacing w:after="80"/>
        <w:jc w:val="right"/>
      </w:pPr>
      <w:r>
        <w:rPr>
          <w:b w:val="0"/>
        </w:rPr>
        <w:t>Дело № [номер дела]</w:t>
      </w:r>
    </w:p>
    <w:p>
      <w:pPr>
        <w:spacing w:after="80"/>
        <w:ind w:firstLine="709"/>
        <w:jc w:val="both"/>
      </w:pPr>
      <w:r>
        <w:rPr>
          <w:b w:val="0"/>
        </w:rPr>
      </w:r>
    </w:p>
    <w:p>
      <w:pPr>
        <w:spacing w:after="80"/>
        <w:jc w:val="center"/>
      </w:pPr>
      <w:r>
        <w:rPr>
          <w:b/>
        </w:rPr>
        <w:t>ЗАМЕЧАНИЯ НА ПРОТОКОЛ СУДЕБНОГО ЗАСЕДАНИЯ</w:t>
      </w:r>
    </w:p>
    <w:p>
      <w:pPr>
        <w:spacing w:after="80"/>
        <w:jc w:val="center"/>
      </w:pPr>
      <w:r>
        <w:rPr>
          <w:b w:val="0"/>
        </w:rPr>
        <w:t>от [дата судебного заседания]</w:t>
      </w:r>
    </w:p>
    <w:p>
      <w:pPr>
        <w:spacing w:after="80"/>
        <w:ind w:firstLine="709"/>
        <w:jc w:val="both"/>
      </w:pPr>
      <w:r>
        <w:rPr>
          <w:b w:val="0"/>
        </w:rPr>
        <w:t>[Дата] состоялось судебное заседание по гражданскому делу № [номер] по иску [ФИО / наименование истца] к [ФИО / наименование ответчика] о [предмет спора]. Протокол подписан [дата подписания]. С протоколом и аудиозаписью судебного заседания я ознакомился(-ась) [дата].</w:t>
      </w:r>
    </w:p>
    <w:p>
      <w:pPr>
        <w:spacing w:after="80"/>
        <w:ind w:firstLine="709"/>
        <w:jc w:val="both"/>
      </w:pPr>
      <w:r>
        <w:rPr>
          <w:b w:val="0"/>
        </w:rPr>
        <w:t>Протокол судебного заседания неполно и (или) неправильно отражает ход заседания:</w:t>
      </w:r>
    </w:p>
    <w:p>
      <w:pPr>
        <w:spacing w:after="80"/>
        <w:ind w:firstLine="709"/>
        <w:jc w:val="both"/>
      </w:pPr>
      <w:r>
        <w:rPr>
          <w:b w:val="0"/>
        </w:rPr>
        <w:t>1. На странице [__] протокола указано: «[цитата из протокола]». Фактически [кто] сказал(а): «[точная фраза]» (аудиозапись, [чч:мм:сс]).</w:t>
      </w:r>
    </w:p>
    <w:p>
      <w:pPr>
        <w:spacing w:after="80"/>
        <w:ind w:firstLine="709"/>
        <w:jc w:val="both"/>
      </w:pPr>
      <w:r>
        <w:rPr>
          <w:b w:val="0"/>
        </w:rPr>
        <w:t>2. В протоколе не отражено [заявление / ходатайство / вопрос и ответ], заявленное [кем] (аудиозапись, [чч:мм:сс]). Следует дополнить протокол: «[текст]».</w:t>
      </w:r>
    </w:p>
    <w:p>
      <w:pPr>
        <w:spacing w:after="80"/>
        <w:ind w:firstLine="709"/>
        <w:jc w:val="both"/>
      </w:pPr>
      <w:r>
        <w:rPr>
          <w:b w:val="0"/>
        </w:rPr>
        <w:t>3. [Иное расхождение протокола с ходом заседания и (или) аудиозаписью.]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статьёй 231 ГПК РФ</w:t>
      </w:r>
    </w:p>
    <w:p>
      <w:pPr>
        <w:spacing w:after="80"/>
        <w:jc w:val="center"/>
      </w:pPr>
      <w:r>
        <w:rPr>
          <w:b/>
        </w:rPr>
        <w:t>ПРОШУ:</w:t>
      </w:r>
    </w:p>
    <w:p>
      <w:pPr>
        <w:spacing w:after="80"/>
        <w:ind w:firstLine="709"/>
        <w:jc w:val="both"/>
      </w:pPr>
      <w:r>
        <w:rPr>
          <w:b w:val="0"/>
        </w:rPr>
        <w:t>Удостоверить правильность настоящих замечаний и приобщить их к материалам дела.</w:t>
      </w:r>
    </w:p>
    <w:p>
      <w:pPr>
        <w:spacing w:after="80"/>
        <w:jc w:val="both"/>
      </w:pPr>
      <w:r>
        <w:rPr>
          <w:b w:val="0"/>
        </w:rPr>
        <w:t>Приложение:</w:t>
      </w:r>
    </w:p>
    <w:p>
      <w:pPr>
        <w:spacing w:after="80"/>
        <w:jc w:val="both"/>
      </w:pPr>
      <w:r>
        <w:rPr>
          <w:b w:val="0"/>
        </w:rPr>
        <w:t>1. Материальный носитель аудиозаписи судебного заседания, проведённой мной (при наличии).</w:t>
      </w:r>
    </w:p>
    <w:p>
      <w:pPr>
        <w:spacing w:after="80"/>
        <w:ind w:firstLine="709"/>
        <w:jc w:val="both"/>
      </w:pPr>
      <w:r>
        <w:rPr>
          <w:b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[дата]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