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ШАБЛОН</w:t>
      </w:r>
    </w:p>
    <w:p>
      <w:pPr>
        <w:spacing w:after="80"/>
        <w:jc w:val="right"/>
      </w:pPr>
      <w:r>
        <w:rPr>
          <w:b w:val="0"/>
        </w:rPr>
        <w:t>В [наименование суда]</w:t>
      </w:r>
    </w:p>
    <w:p>
      <w:pPr>
        <w:spacing w:after="80"/>
        <w:jc w:val="right"/>
      </w:pPr>
      <w:r>
        <w:rPr>
          <w:b w:val="0"/>
        </w:rPr>
        <w:t>[ФИО / наименование заявителя], [истец / ответчик / третье лицо / представитель]</w:t>
      </w:r>
    </w:p>
    <w:p>
      <w:pPr>
        <w:spacing w:after="80"/>
        <w:jc w:val="right"/>
      </w:pPr>
      <w:r>
        <w:rPr>
          <w:b w:val="0"/>
        </w:rPr>
        <w:t>Адрес: [адрес], телефон: [телефон], эл. почта: [e-mail]</w:t>
      </w:r>
    </w:p>
    <w:p>
      <w:pPr>
        <w:spacing w:after="80"/>
        <w:jc w:val="right"/>
      </w:pPr>
      <w:r>
        <w:rPr>
          <w:b w:val="0"/>
        </w:rPr>
        <w:t>по гражданскому делу № [номер]</w:t>
      </w:r>
    </w:p>
    <w:p>
      <w:pPr>
        <w:spacing w:after="80"/>
        <w:jc w:val="center"/>
      </w:pPr>
      <w:r>
        <w:rPr>
          <w:b/>
        </w:rPr>
        <w:t>ХОДАТАЙСТВО</w:t>
      </w:r>
    </w:p>
    <w:p>
      <w:pPr>
        <w:spacing w:after="80"/>
        <w:jc w:val="center"/>
      </w:pPr>
      <w:r>
        <w:rPr>
          <w:b w:val="0"/>
        </w:rPr>
        <w:t>об изготовлении копии аудиозаписи и протокола судебного заседания</w:t>
      </w:r>
    </w:p>
    <w:p>
      <w:pPr>
        <w:spacing w:after="80"/>
        <w:ind w:firstLine="709"/>
        <w:jc w:val="both"/>
      </w:pPr>
      <w:r>
        <w:rPr>
          <w:b w:val="0"/>
        </w:rPr>
        <w:t>В производстве [наименование суда] находится дело гражданскому делу № [номер]. Я являюсь лицом, участвующим в деле ([процессуальный статус]). [Дата] состоялось судебное заседание, в ходе которого велось аудиопротоколирование.</w:t>
      </w:r>
    </w:p>
    <w:p>
      <w:pPr>
        <w:spacing w:after="80"/>
        <w:ind w:firstLine="709"/>
        <w:jc w:val="both"/>
      </w:pPr>
      <w:r>
        <w:rPr>
          <w:b w:val="0"/>
        </w:rPr>
        <w:t>В соответствии с частью 4 статьи 230 и частью 1 статьи 231 ГПК РФ прошу:</w:t>
      </w:r>
    </w:p>
    <w:p>
      <w:pPr>
        <w:spacing w:after="80"/>
        <w:ind w:firstLine="709"/>
        <w:jc w:val="both"/>
      </w:pPr>
      <w:r>
        <w:rPr>
          <w:b w:val="0"/>
        </w:rPr>
        <w:t>1) изготовить и выдать мне копию аудиозаписи судебного заседания от [дата], в том числе в электронном виде;</w:t>
      </w:r>
    </w:p>
    <w:p>
      <w:pPr>
        <w:spacing w:after="80"/>
        <w:ind w:firstLine="709"/>
        <w:jc w:val="both"/>
      </w:pPr>
      <w:r>
        <w:rPr>
          <w:b w:val="0"/>
        </w:rPr>
        <w:t>2) изготовить и выдать копию протокола судебного заседания от [дата].</w:t>
      </w:r>
    </w:p>
    <w:p>
      <w:pPr>
        <w:spacing w:after="80"/>
        <w:ind w:firstLine="709"/>
        <w:jc w:val="both"/>
      </w:pPr>
      <w:r>
        <w:rPr>
          <w:b w:val="0"/>
        </w:rPr>
        <w:t>Расходы на изготовление копий готов(-а) оплатить.</w:t>
      </w:r>
    </w:p>
    <w:p>
      <w:pPr>
        <w:spacing w:after="80"/>
        <w:jc w:val="both"/>
      </w:pPr>
      <w:r>
        <w:rPr>
          <w:b w:val="0"/>
        </w:rPr>
        <w:t>[Дата]                                                  ____________ / [ФИО]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ШАБЛОН. Заполните поля в квадратных скобках.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