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91C1C"/>
          <w:sz w:val="32"/>
        </w:rPr>
        <w:t>ШАБЛОН</w:t>
      </w:r>
    </w:p>
    <w:p>
      <w:pPr>
        <w:spacing w:after="80"/>
        <w:jc w:val="right"/>
      </w:pPr>
      <w:r>
        <w:rPr>
          <w:b w:val="0"/>
        </w:rPr>
        <w:t>В [наименование суда]</w:t>
      </w:r>
    </w:p>
    <w:p>
      <w:pPr>
        <w:spacing w:after="80"/>
        <w:jc w:val="right"/>
      </w:pPr>
      <w:r>
        <w:rPr>
          <w:b w:val="0"/>
        </w:rPr>
        <w:t>[ФИО / наименование заявителя], [истец / ответчик / третье лицо — наименование; представитель по доверенности]</w:t>
      </w:r>
    </w:p>
    <w:p>
      <w:pPr>
        <w:spacing w:after="80"/>
        <w:jc w:val="right"/>
      </w:pPr>
      <w:r>
        <w:rPr>
          <w:b w:val="0"/>
        </w:rPr>
        <w:t>Адрес: [адрес], телефон: [телефон], эл. почта: [e-mail]</w:t>
      </w:r>
    </w:p>
    <w:p>
      <w:pPr>
        <w:spacing w:after="80"/>
        <w:jc w:val="right"/>
      </w:pPr>
      <w:r>
        <w:rPr>
          <w:b w:val="0"/>
        </w:rPr>
        <w:t>по делу № А[номер]</w:t>
      </w:r>
    </w:p>
    <w:p>
      <w:pPr>
        <w:spacing w:after="80"/>
        <w:jc w:val="center"/>
      </w:pPr>
      <w:r>
        <w:rPr>
          <w:b/>
        </w:rPr>
        <w:t>ХОДАТАЙСТВО</w:t>
      </w:r>
    </w:p>
    <w:p>
      <w:pPr>
        <w:spacing w:after="80"/>
        <w:jc w:val="center"/>
      </w:pPr>
      <w:r>
        <w:rPr>
          <w:b w:val="0"/>
        </w:rPr>
        <w:t>об изготовлении копии аудиозаписи и протокола судебного заседания</w:t>
      </w:r>
    </w:p>
    <w:p>
      <w:pPr>
        <w:spacing w:after="80"/>
        <w:ind w:firstLine="709"/>
        <w:jc w:val="both"/>
      </w:pPr>
      <w:r>
        <w:rPr>
          <w:b w:val="0"/>
        </w:rPr>
        <w:t>В производстве [наименование суда] находится дело делу № А[номер]. Я являюсь лицом, участвующим в деле ([процессуальный статус]). [Дата] состоялось судебное заседание, в ходе которого велось аудиопротоколирование.</w:t>
      </w:r>
    </w:p>
    <w:p>
      <w:pPr>
        <w:spacing w:after="80"/>
        <w:ind w:firstLine="709"/>
        <w:jc w:val="both"/>
      </w:pPr>
      <w:r>
        <w:rPr>
          <w:b w:val="0"/>
        </w:rPr>
        <w:t>В соответствии с частью 9 статьи 155 АПК РФ прошу:</w:t>
      </w:r>
    </w:p>
    <w:p>
      <w:pPr>
        <w:spacing w:after="80"/>
        <w:ind w:firstLine="709"/>
        <w:jc w:val="both"/>
      </w:pPr>
      <w:r>
        <w:rPr>
          <w:b w:val="0"/>
        </w:rPr>
        <w:t>1) изготовить копию аудиозаписи судебного заседания от [дата], в том числе в электронном виде;</w:t>
      </w:r>
    </w:p>
    <w:p>
      <w:pPr>
        <w:spacing w:after="80"/>
        <w:ind w:firstLine="709"/>
        <w:jc w:val="both"/>
      </w:pPr>
      <w:r>
        <w:rPr>
          <w:b w:val="0"/>
        </w:rPr>
        <w:t>2) изготовить копию протокола судебного заседания от [дата].</w:t>
      </w:r>
    </w:p>
    <w:p>
      <w:pPr>
        <w:spacing w:after="80"/>
        <w:ind w:firstLine="709"/>
        <w:jc w:val="both"/>
      </w:pPr>
      <w:r>
        <w:rPr>
          <w:b w:val="0"/>
        </w:rPr>
        <w:t>Расходы на изготовление копий готов(-а) оплатить.</w:t>
      </w:r>
    </w:p>
    <w:p>
      <w:pPr>
        <w:spacing w:after="80"/>
        <w:jc w:val="both"/>
      </w:pPr>
      <w:r>
        <w:rPr>
          <w:b w:val="0"/>
        </w:rPr>
        <w:t>[Дата]                                                  ____________ / [ФИО]</w:t>
      </w:r>
    </w:p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8"/>
      </w:rPr>
      <w:t>ШАБЛОН. Заполните поля в квадратных скобках. Материал носит справочный характер и не является юридической консультацией. Источник: sekretarsz.ru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